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b w:val="0"/>
                <w:color w:val="5B6B62"/>
                <w:sz w:val="18"/>
              </w:rPr>
              <w:t>[Hier Ihr Logo einfügen]</w:t>
            </w:r>
          </w:p>
        </w:tc>
        <w:tc>
          <w:tcPr>
            <w:tcW w:type="dxa" w:w="4706"/>
          </w:tcPr>
          <w:p>
            <w:pPr>
              <w:jc w:val="right"/>
            </w:pPr>
            <w:r/>
            <w:r>
              <w:rPr>
                <w:b/>
                <w:color w:val="0A8F4A"/>
                <w:sz w:val="26"/>
              </w:rPr>
              <w:t>[Firmenname]</w:t>
              <w:br/>
            </w:r>
            <w:r>
              <w:rPr>
                <w:color w:val="5B6B62"/>
                <w:sz w:val="18"/>
              </w:rPr>
              <w:t>[Straße Hausnummer]</w:t>
              <w:br/>
              <w:t>[PLZ Ort]</w:t>
              <w:br/>
              <w:t>Tel. [Telefon] · [E-Mail]</w:t>
              <w:br/>
              <w:t>Steuernummer / USt-IdNr.: [Nummer]</w:t>
            </w:r>
          </w:p>
        </w:tc>
      </w:tr>
    </w:tbl>
    <w:p>
      <w:pPr>
        <w:spacing w:after="200"/>
      </w:pPr>
    </w:p>
    <w:p>
      <w:pPr>
        <w:spacing w:after="280"/>
      </w:pPr>
      <w:r>
        <w:rPr>
          <w:b w:val="0"/>
          <w:sz w:val="20"/>
        </w:rPr>
        <w:t>[Kundenname]</w:t>
        <w:br/>
        <w:t>[Straße Hausnummer]</w:t>
        <w:br/>
        <w:t>[PLZ Ort]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Angebot Nr. [Nummer]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Datum: [Datum]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Kundennummer: [optional]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sz w:val="28"/>
        </w:rPr>
        <w:t>Angebot: [Kurzbezeichnung des Auftrags]</w:t>
      </w:r>
    </w:p>
    <w:p>
      <w:pPr>
        <w:spacing w:after="80"/>
      </w:pPr>
      <w:r>
        <w:rPr>
          <w:b w:val="0"/>
          <w:sz w:val="20"/>
        </w:rPr>
        <w:t>Sehr geehrte Damen und Herren,</w:t>
      </w:r>
    </w:p>
    <w:p>
      <w:pPr>
        <w:spacing w:after="200"/>
      </w:pPr>
      <w:r>
        <w:rPr>
          <w:b w:val="0"/>
          <w:sz w:val="20"/>
        </w:rPr>
        <w:t>Vielen Dank für Ihre Anfrage. Gerne unterbreiten wir Ihnen folgendes Angebot für die Teilsanierung des Gäste-WCs und den Heizkörpertausch: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624"/>
            <w:shd w:val="clear" w:color="auto" w:fill="E8F5EE"/>
          </w:tcPr>
          <w:p>
            <w:r/>
            <w:r>
              <w:rPr>
                <w:b/>
                <w:sz w:val="18"/>
              </w:rPr>
              <w:t>Pos.</w:t>
            </w:r>
          </w:p>
        </w:tc>
        <w:tc>
          <w:tcPr>
            <w:tcW w:type="dxa" w:w="4706"/>
            <w:shd w:val="clear" w:color="auto" w:fill="E8F5EE"/>
          </w:tcPr>
          <w:p>
            <w:r/>
            <w:r>
              <w:rPr>
                <w:b/>
                <w:sz w:val="18"/>
              </w:rPr>
              <w:t>Beschreibung</w:t>
            </w:r>
          </w:p>
        </w:tc>
        <w:tc>
          <w:tcPr>
            <w:tcW w:type="dxa" w:w="90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Menge</w:t>
            </w:r>
          </w:p>
        </w:tc>
        <w:tc>
          <w:tcPr>
            <w:tcW w:type="dxa" w:w="964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Einheit</w:t>
            </w:r>
          </w:p>
        </w:tc>
        <w:tc>
          <w:tcPr>
            <w:tcW w:type="dxa" w:w="1361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41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Gesamt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Wasserleitung absperren und entleeren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Altes WC demontieren, inkl. Entsorgung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90,00 €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90,00 €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Waschbecken demontieren, inkl. Entsorgung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Wand-WC montieren, inkl. Vorwandelement und Betätigungsplatte (Arbeit)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150,00 €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150,00 €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Material WC-Set: Wand-WC spülrandlos, WC-Sitz, Vorwandelement (geschätzt)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580,00 €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580,00 €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Waschbecken montieren, inkl. Siphon und Anschluss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Material Waschbecken 60 cm inkl. Halbsäule (geschätzt)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240,00 €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240,00 €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Eckventil setzen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70,00 €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Einhebelmischer montieren, inkl. Armatur (Material) (geschätzt)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180,00 €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180,00 €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Heizkörper demontieren und neuen Plattenheizkörper montieren, inkl. Thermostatventil (Arbeit)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260,00 €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260,00 €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Material Plattenheizkörper Typ 22, 600 x 1000 mm, inkl. Ventil und Anschlussgarnitur (geschätzt)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310,00 €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310,00 €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Anfahrt und Kleinmaterial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45,00 €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Nettosumme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2.175,00 €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zzgl. 19 % USt.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413,25 €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sz w:val="20"/>
              </w:rPr>
              <w:t>Gesamtbetrag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/>
                <w:sz w:val="20"/>
              </w:rPr>
              <w:t>2.588,25 €</w:t>
            </w:r>
          </w:p>
        </w:tc>
      </w:tr>
    </w:tbl>
    <w:p>
      <w:pPr>
        <w:spacing w:after="200"/>
      </w:pPr>
      <w:r>
        <w:rPr>
          <w:b w:val="0"/>
          <w:color w:val="5B6B62"/>
          <w:sz w:val="16"/>
        </w:rPr>
        <w:t>Kleinunternehmer: Zeile „zzgl. USt.“ entfernen und ergänzen: „Gemäß § 19 UStG wird keine Umsatzsteuer berechnet.“</w:t>
      </w:r>
    </w:p>
    <w:p>
      <w:pPr>
        <w:spacing w:after="80"/>
      </w:pPr>
      <w:r>
        <w:rPr>
          <w:b/>
          <w:sz w:val="22"/>
        </w:rPr>
        <w:t>Konditionen</w:t>
      </w:r>
    </w:p>
    <w:p>
      <w:pPr>
        <w:spacing w:after="40"/>
      </w:pPr>
      <w:r>
        <w:rPr>
          <w:b w:val="0"/>
          <w:sz w:val="20"/>
        </w:rPr>
        <w:t>Gültigkeit des Angebots: 30 Tage</w:t>
      </w:r>
    </w:p>
    <w:p>
      <w:pPr>
        <w:spacing w:after="40"/>
      </w:pPr>
      <w:r>
        <w:rPr>
          <w:b w:val="0"/>
          <w:sz w:val="20"/>
        </w:rPr>
        <w:t>Zahlungsbedingungen: 14 Tage netto nach Rechnungsstellung</w:t>
      </w:r>
    </w:p>
    <w:p>
      <w:pPr>
        <w:spacing w:after="40"/>
      </w:pPr>
      <w:r>
        <w:rPr>
          <w:b w:val="0"/>
          <w:sz w:val="20"/>
        </w:rPr>
        <w:t>Gewährleistung: 2 Jahre nach BGB</w:t>
      </w:r>
    </w:p>
    <w:p>
      <w:pPr>
        <w:spacing w:after="40"/>
      </w:pPr>
      <w:r>
        <w:rPr>
          <w:b w:val="0"/>
          <w:sz w:val="20"/>
        </w:rPr>
        <w:t>Mit „geschätzt“ gekennzeichnete Positionen werden nach Aufmaß bzw. nach Materialauswahl abgerechnet.</w:t>
      </w:r>
    </w:p>
    <w:p>
      <w:pPr>
        <w:spacing w:after="160"/>
      </w:pPr>
    </w:p>
    <w:p>
      <w:pPr>
        <w:spacing w:after="280"/>
      </w:pPr>
      <w:r>
        <w:rPr>
          <w:b w:val="0"/>
          <w:sz w:val="20"/>
        </w:rPr>
        <w:t>Wir freuen uns auf Ihren Auftrag.</w:t>
      </w:r>
    </w:p>
    <w:p>
      <w:pPr>
        <w:spacing w:after="320"/>
      </w:pPr>
      <w:r>
        <w:rPr>
          <w:b w:val="0"/>
          <w:sz w:val="20"/>
        </w:rPr>
        <w:t>Mit freundlichen Grüßen</w:t>
        <w:br/>
        <w:br/>
        <w:t>[Name, Firma]</w:t>
      </w:r>
    </w:p>
    <w:p>
      <w:pPr>
        <w:spacing w:after="80"/>
      </w:pPr>
      <w:r>
        <w:rPr>
          <w:b w:val="0"/>
          <w:color w:val="5B6B62"/>
          <w:sz w:val="15"/>
        </w:rPr>
        <w:t>Kostenlose SHK-Angebotsvorlage von angebots-autopilot.de · Angebote per Sprachnachricht in WhatsApp oder Telegram. Richtpreise sind Beispiele, keine Rechtsberatung.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