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/>
            <w:r>
              <w:rPr>
                <w:b w:val="0"/>
                <w:color w:val="5B6B62"/>
                <w:sz w:val="18"/>
              </w:rPr>
              <w:t>[Hier Ihr Logo einfügen]</w:t>
            </w:r>
          </w:p>
        </w:tc>
        <w:tc>
          <w:tcPr>
            <w:tcW w:type="dxa" w:w="4706"/>
          </w:tcPr>
          <w:p>
            <w:pPr>
              <w:jc w:val="right"/>
            </w:pPr>
            <w:r/>
            <w:r>
              <w:rPr>
                <w:b/>
                <w:color w:val="0A8F4A"/>
                <w:sz w:val="26"/>
              </w:rPr>
              <w:t>[Firmenname]</w:t>
              <w:br/>
            </w:r>
            <w:r>
              <w:rPr>
                <w:color w:val="5B6B62"/>
                <w:sz w:val="18"/>
              </w:rPr>
              <w:t>[Straße Hausnummer]</w:t>
              <w:br/>
              <w:t>[PLZ Ort]</w:t>
              <w:br/>
              <w:t>Tel. [Telefon] · [E-Mail]</w:t>
              <w:br/>
              <w:t>Steuernummer / USt-IdNr.: [Nummer]</w:t>
            </w:r>
          </w:p>
        </w:tc>
      </w:tr>
    </w:tbl>
    <w:p>
      <w:pPr>
        <w:spacing w:after="200"/>
      </w:pPr>
    </w:p>
    <w:p>
      <w:pPr>
        <w:spacing w:after="280"/>
      </w:pPr>
      <w:r>
        <w:rPr>
          <w:b w:val="0"/>
          <w:sz w:val="20"/>
        </w:rPr>
        <w:t>[Kundenname]</w:t>
        <w:br/>
        <w:t>[Straße Hausnummer]</w:t>
        <w:br/>
        <w:t>[PLZ Ort]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r/>
            <w:r>
              <w:rPr>
                <w:b w:val="0"/>
                <w:color w:val="5B6B62"/>
                <w:sz w:val="18"/>
              </w:rPr>
              <w:t>Angebot Nr. [Nummer]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color w:val="5B6B62"/>
                <w:sz w:val="18"/>
              </w:rPr>
              <w:t>Datum: [Datum]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color w:val="5B6B62"/>
                <w:sz w:val="18"/>
              </w:rPr>
              <w:t>Kundennummer: [optional]</w:t>
            </w:r>
          </w:p>
        </w:tc>
      </w:tr>
    </w:tbl>
    <w:p>
      <w:pPr>
        <w:spacing w:after="120"/>
      </w:pPr>
    </w:p>
    <w:p>
      <w:pPr>
        <w:spacing w:after="160"/>
      </w:pPr>
      <w:r>
        <w:rPr>
          <w:b/>
          <w:sz w:val="28"/>
        </w:rPr>
        <w:t>Angebot: [Kurzbezeichnung des Auftrags]</w:t>
      </w:r>
    </w:p>
    <w:p>
      <w:pPr>
        <w:spacing w:after="80"/>
      </w:pPr>
      <w:r>
        <w:rPr>
          <w:b w:val="0"/>
          <w:sz w:val="20"/>
        </w:rPr>
        <w:t>Sehr geehrte Damen und Herren,</w:t>
      </w:r>
    </w:p>
    <w:p>
      <w:pPr>
        <w:spacing w:after="200"/>
      </w:pPr>
      <w:r>
        <w:rPr>
          <w:b w:val="0"/>
          <w:sz w:val="20"/>
        </w:rPr>
        <w:t>Vielen Dank für Ihre Anfrage. Gerne unterbreiten wir Ihnen folgendes Angebot für die Fliesenarbeiten in Ihrem Badezimmer (ca. 8 m² Boden, 28 m² Wand):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69"/>
        <w:gridCol w:w="1569"/>
        <w:gridCol w:w="1569"/>
        <w:gridCol w:w="1569"/>
        <w:gridCol w:w="1569"/>
        <w:gridCol w:w="1569"/>
      </w:tblGrid>
      <w:tr>
        <w:tc>
          <w:tcPr>
            <w:tcW w:type="dxa" w:w="624"/>
            <w:shd w:val="clear" w:color="auto" w:fill="E8F5EE"/>
          </w:tcPr>
          <w:p>
            <w:r/>
            <w:r>
              <w:rPr>
                <w:b/>
                <w:sz w:val="18"/>
              </w:rPr>
              <w:t>Pos.</w:t>
            </w:r>
          </w:p>
        </w:tc>
        <w:tc>
          <w:tcPr>
            <w:tcW w:type="dxa" w:w="4706"/>
            <w:shd w:val="clear" w:color="auto" w:fill="E8F5EE"/>
          </w:tcPr>
          <w:p>
            <w:r/>
            <w:r>
              <w:rPr>
                <w:b/>
                <w:sz w:val="18"/>
              </w:rPr>
              <w:t>Beschreibung</w:t>
            </w:r>
          </w:p>
        </w:tc>
        <w:tc>
          <w:tcPr>
            <w:tcW w:type="dxa" w:w="907"/>
            <w:shd w:val="clear" w:color="auto" w:fill="E8F5EE"/>
          </w:tcPr>
          <w:p>
            <w:pPr>
              <w:jc w:val="right"/>
            </w:pPr>
            <w:r/>
            <w:r>
              <w:rPr>
                <w:b/>
                <w:sz w:val="18"/>
              </w:rPr>
              <w:t>Menge</w:t>
            </w:r>
          </w:p>
        </w:tc>
        <w:tc>
          <w:tcPr>
            <w:tcW w:type="dxa" w:w="964"/>
            <w:shd w:val="clear" w:color="auto" w:fill="E8F5EE"/>
          </w:tcPr>
          <w:p>
            <w:pPr>
              <w:jc w:val="right"/>
            </w:pPr>
            <w:r/>
            <w:r>
              <w:rPr>
                <w:b/>
                <w:sz w:val="18"/>
              </w:rPr>
              <w:t>Einheit</w:t>
            </w:r>
          </w:p>
        </w:tc>
        <w:tc>
          <w:tcPr>
            <w:tcW w:type="dxa" w:w="1361"/>
            <w:shd w:val="clear" w:color="auto" w:fill="E8F5EE"/>
          </w:tcPr>
          <w:p>
            <w:pPr>
              <w:jc w:val="right"/>
            </w:pPr>
            <w:r/>
            <w:r>
              <w:rPr>
                <w:b/>
                <w:sz w:val="18"/>
              </w:rPr>
              <w:t>Einzelpreis</w:t>
            </w:r>
          </w:p>
        </w:tc>
        <w:tc>
          <w:tcPr>
            <w:tcW w:type="dxa" w:w="1417"/>
            <w:shd w:val="clear" w:color="auto" w:fill="E8F5EE"/>
          </w:tcPr>
          <w:p>
            <w:pPr>
              <w:jc w:val="right"/>
            </w:pPr>
            <w:r/>
            <w:r>
              <w:rPr>
                <w:b/>
                <w:sz w:val="18"/>
              </w:rPr>
              <w:t>Gesamt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Alte Boden- und Wandfliesen entfernen, inkl. Schutt-Entsorgung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36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m²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25,00 €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900,00 €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Untergrund vorbereiten: Grundierung und Ausgleichsmasse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36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m²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20,00 €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720,00 €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Abdichtung Boden und Dusche nach DIN 18534, inkl. Dichtband in den Ecken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m²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30,00 €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360,00 €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Bodenablauf Dusche einbauen, inkl. Anschluss an Abdichtung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Psch.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150,00 €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150,00 €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Bodenfliesen verlegen, 60 x 60 cm, im Dünnbett (Arbeit)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m²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55,00 €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440,00 €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Wandfliesen verlegen, 30 x 60 cm, im Dünnbett (Arbeit)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28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m²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40,00 €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1.120,00 €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Material Fliesen Boden und Wand, Feinsteinzeug, inkl. 10 % Verschnitt (geschätzt)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40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m²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32,00 €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1.280,00 €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Verfugen, zementäre Fuge grau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36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m²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12,00 €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432,00 €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9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Silikonfugen setzen (Ecken, Anschlüsse, Sanitärobjekte)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18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lfm.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8,00 €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144,00 €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10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Anfahrt und Kleinmaterial (Kleber, Grundierung, Fugmasse)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Psch.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65,00 €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65,00 €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sz w:val="18"/>
              </w:rPr>
            </w: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Nettosumme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5.611,00 €</w:t>
            </w:r>
          </w:p>
        </w:tc>
      </w:tr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zzgl. 19 % USt.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1.066,09 €</w:t>
            </w:r>
          </w:p>
        </w:tc>
      </w:tr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/>
                <w:sz w:val="20"/>
              </w:rPr>
              <w:t>Gesamtbetrag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/>
                <w:sz w:val="20"/>
              </w:rPr>
              <w:t>6.677,09 €</w:t>
            </w:r>
          </w:p>
        </w:tc>
      </w:tr>
    </w:tbl>
    <w:p>
      <w:pPr>
        <w:spacing w:after="200"/>
      </w:pPr>
      <w:r>
        <w:rPr>
          <w:b w:val="0"/>
          <w:color w:val="5B6B62"/>
          <w:sz w:val="16"/>
        </w:rPr>
        <w:t>Kleinunternehmer: Zeile „zzgl. USt.“ entfernen und ergänzen: „Gemäß § 19 UStG wird keine Umsatzsteuer berechnet.“</w:t>
      </w:r>
    </w:p>
    <w:p>
      <w:pPr>
        <w:spacing w:after="80"/>
      </w:pPr>
      <w:r>
        <w:rPr>
          <w:b/>
          <w:sz w:val="22"/>
        </w:rPr>
        <w:t>Konditionen</w:t>
      </w:r>
    </w:p>
    <w:p>
      <w:pPr>
        <w:spacing w:after="40"/>
      </w:pPr>
      <w:r>
        <w:rPr>
          <w:b w:val="0"/>
          <w:sz w:val="20"/>
        </w:rPr>
        <w:t>Gültigkeit des Angebots: 30 Tage</w:t>
      </w:r>
    </w:p>
    <w:p>
      <w:pPr>
        <w:spacing w:after="40"/>
      </w:pPr>
      <w:r>
        <w:rPr>
          <w:b w:val="0"/>
          <w:sz w:val="20"/>
        </w:rPr>
        <w:t>Zahlungsbedingungen: 14 Tage netto nach Rechnungsstellung</w:t>
      </w:r>
    </w:p>
    <w:p>
      <w:pPr>
        <w:spacing w:after="40"/>
      </w:pPr>
      <w:r>
        <w:rPr>
          <w:b w:val="0"/>
          <w:sz w:val="20"/>
        </w:rPr>
        <w:t>Gewährleistung: 2 Jahre nach BGB</w:t>
      </w:r>
    </w:p>
    <w:p>
      <w:pPr>
        <w:spacing w:after="40"/>
      </w:pPr>
      <w:r>
        <w:rPr>
          <w:b w:val="0"/>
          <w:sz w:val="20"/>
        </w:rPr>
        <w:t>Mit „geschätzt“ gekennzeichnete Positionen werden nach Aufmaß bzw. nach Materialauswahl abgerechnet.</w:t>
      </w:r>
    </w:p>
    <w:p>
      <w:pPr>
        <w:spacing w:after="160"/>
      </w:pPr>
    </w:p>
    <w:p>
      <w:pPr>
        <w:spacing w:after="280"/>
      </w:pPr>
      <w:r>
        <w:rPr>
          <w:b w:val="0"/>
          <w:sz w:val="20"/>
        </w:rPr>
        <w:t>Wir freuen uns auf Ihren Auftrag.</w:t>
      </w:r>
    </w:p>
    <w:p>
      <w:pPr>
        <w:spacing w:after="320"/>
      </w:pPr>
      <w:r>
        <w:rPr>
          <w:b w:val="0"/>
          <w:sz w:val="20"/>
        </w:rPr>
        <w:t>Mit freundlichen Grüßen</w:t>
        <w:br/>
        <w:br/>
        <w:t>[Name, Firma]</w:t>
      </w:r>
    </w:p>
    <w:p>
      <w:pPr>
        <w:spacing w:after="80"/>
      </w:pPr>
      <w:r>
        <w:rPr>
          <w:b w:val="0"/>
          <w:color w:val="5B6B62"/>
          <w:sz w:val="15"/>
        </w:rPr>
        <w:t>Kostenlose Fliesenleger-Angebotsvorlage von angebots-autopilot.de · Angebote per Sprachnachricht in WhatsApp oder Telegram. Richtpreise sind Beispiele, keine Rechtsberatung.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